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של כל העם וחגיגה קטנה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חג של כל העם לבין חגיגה קטנה ואישית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חגי ישראל שמוזכרים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וסידור אירועים לפי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חג של 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חגיגה קטנה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חג של 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חגיגה קטנה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חג של 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חגיגה קטנה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פסח הוא חג לאומי שחוגגים בו כל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חגיגה קטנה של הכיתה או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שניהם חגים לאומיים בלוח השנה העברי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הבדל בין חג לאומי לחגיגה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אירוע שמח שקשור רק לכיתה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אירוע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(חג של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(חגיגה קטנה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(חג של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(חגיגה קטנה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(חג של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(חגיגה קטנה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השנה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יתאר אירוע אישי או כיתתי, יסביר שזו חגיגה קטנה ולא חג של כל העם, ינמק 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 של כל העם חוגגים אותו כל ישראל באותו תאריך כל שנה, חגיגה קטנה היא אירוע אישי או כיתתי שקורה פעם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לאומי כמו סוכות, פסח, ראש השנה או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חגיגה אישית כמו יום הולדת או סיום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חוגג בו כל העם, חגיגה קטנה היא אישית או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כרטיסים פיזיים ולבקש מהתלמידים למיין אותם לשני סלים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אישית משלהם לפני כתיבת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של כל העם וחגיגה קטנה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חשוון לומדים על ההבדל בין חג שחוגג בו כל עם ישראל לבין חגיגה קטנה ושמחה שקורית אצלנו בכיתה או במשפחה.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סוכות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יום הולדת לכיתה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חנוכה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אירוע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סיימנו ספר ראשון זו...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ראש השנה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אירוע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חבר למד לשחות זו...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דתי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הוא חג שחוגג בו כל עם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תודה לשומר הוא חג שחוגג בו כל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וסוכות הם חגים של כל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שמחה קטנה היא גם חג של כל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חגיגה קטנה שלנו יכולה להיות יום הולדת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אירוע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חגיגה קטנה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הולדת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של כל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של כל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למד לשחות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חגיגה קטנה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חג של כל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סיימנו ספר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חגיגה קטנה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שחוגג בו כל עם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אירוע שמח קטן שקורה בכיתה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__________ יושבים בסוכה ואוכלים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בחג __________ מדליקים נרות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ה-__________ הוא תחילת השנה העברית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חגיגה קטנה שהייתה לכם או לכיתה שלכם - מה חגגתם ולמה זה שימח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חג של כל העם לחגיגה קטנה שלנו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לחג של כל העם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לחגיגה קטנה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חג לחגיגה קטנה?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של כל העם וחגיגה קטנה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