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של כל העם וחגיגה קטנה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חג של כל העם לבין חגיגה קטנה ואישית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חגי ישראל שמוזכרים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וסידור אירועים לפי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חג של כל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חגיגה קטנה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חג של כל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חגיגה קטנה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חג של כל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חגיגה קטנה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פסח הוא חג לאומי שחוגגים בו כל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חגיגה קטנה של הכיתה או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שניהם חגים לאומיים בלוח השנה העברי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הבדל בין חג לאומי לחגיגה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אירוע שמח שקשור רק לכיתה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אירוע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(חג של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(חגיגה קטנה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(חג של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(חגיגה קטנה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(חג של כל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(חגיגה קטנה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השנה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יתאר אירוע אישי או כיתתי, יסביר שזו חגיגה קטנה ולא חג של כל העם, ינמק 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 של כל העם חוגגים אותו כל ישראל באותו תאריך כל שנה, חגיגה קטנה היא אירוע אישי או כיתתי שקורה פעם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לאומי כמו סוכות, פסח, ראש השנה או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חגיגה אישית כמו יום הולדת או סיום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חוגג בו כל העם, חגיגה קטנה היא אישית או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כרטיסים פיזיים ולבקש מהתלמידים למיין אותם לשני סלים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אישית משלהם לפני כתיבת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של כל העם וחגיגה קטנה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חגים גדולים שכל ישראל חוגג. ויש גם שמחות קטנות שלנו, כמו יום הולדת. נלמד להבדיל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חַג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יוֹם מְיֻחָד שֶׁכָּל עַם יִשְׂרָאֵל חוֹגֵג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חֲגִיגָה קְטַנָּה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אֵרוּעַ שָׂמֵחַ קָטָן שֶׁלָּנוּ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רֹאשׁ הַשָּׁנָה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תְּחִלַּת הַשָּׁנָה הָעִבְרִית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סֻכּוֹת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חַג שֶׁיּוֹשְׁבִים בּוֹ בַּסֻּכָּה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חֲנֻכָּה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חַג הָאוֹרִים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פֶּסַח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חַג הַחֵרוּת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מִיּוּן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לְסַדֵּר דְּבָרִים לְפִי קְבוּצוֹת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סוכות הוא חג גדול או שמחה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יום הולדת לכיתה - גדול או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חנוכה הוא חג של כולם או רק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אירוע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לסיים ספר ראשון זו שמחה גדולה או 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ראש השנה חוגג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אירוע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ללמוד לשחות זו שמחה אישית או חג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של כל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חגיגה קטנה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דתי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הוא חג שחוגג בו כל עם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תודה לשומר הוא חג שחוגג בו כל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 וסוכות הם חגים של כל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שמחה קטנה היא גם חג של כל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חגיגה קטנה שלנו יכולה להיות יום הולדת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אירוע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חגיגה קטנה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הולדת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 של כל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 של כל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 למד לשחות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חגיגה קטנה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חג של כל העם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סיימנו ספר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חגיגה קטנה 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שחוגג בו כל עם 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אירוע שמח קטן שקורה בכיתה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__________ יושבים בסוכה ואוכלים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בחג __________ מדליקים נרות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ה-__________ הוא תחילת השנה העברית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השנה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חגיגה קטנה שהייתה לכם או לכיתה שלכם - מה חגגתם ולמה זה שימח אתכם?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חג של כל העם לחגיגה קטנה שלנו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לחג של כל העם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לחגיגה קטנה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חג לחגיגה קטנה?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של כל העם וחגיגה קטנה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